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성우에이치에스 주식회사</w:t>
      </w:r>
    </w:p>
    <w:p>
      <w:pPr>
        <w:jc w:val="center"/>
      </w:pPr>
      <w:r>
        <w:rPr>
          <w:sz w:val="18"/>
        </w:rPr>
        <w:t>서울 강서구 마곡중앙로 59-17, 류마타워2 910호~917호 / TEL : (02) 719-7807 / FAX : (02) 719-7826</w:t>
      </w:r>
    </w:p>
    <w:p/>
    <w:p>
      <w:r>
        <w:rPr>
          <w:sz w:val="22"/>
        </w:rPr>
        <w:t xml:space="preserve">  문 서 번 호 :</w:t>
        <w:tab/>
        <w:t>SWHS-20260710</w:t>
      </w:r>
    </w:p>
    <w:p>
      <w:r>
        <w:rPr>
          <w:sz w:val="22"/>
        </w:rPr>
        <w:t xml:space="preserve">  수       신 :</w:t>
        <w:tab/>
        <w:t>성우에이치에스 주식회사 임직원</w:t>
      </w:r>
    </w:p>
    <w:p>
      <w:r>
        <w:rPr>
          <w:sz w:val="22"/>
        </w:rPr>
        <w:t xml:space="preserve">  참       조 :</w:t>
        <w:tab/>
      </w:r>
    </w:p>
    <w:p>
      <w:r>
        <w:rPr>
          <w:sz w:val="22"/>
        </w:rPr>
        <w:t xml:space="preserve">  제       목 :</w:t>
        <w:tab/>
        <w:t>사내 CI 로고 공모전 개최 및 시상 계획</w:t>
      </w:r>
    </w:p>
    <w:p/>
    <w:p>
      <w:pPr>
        <w:spacing w:line="360" w:lineRule="auto"/>
      </w:pPr>
      <w:r>
        <w:t>당사는 새로운 미래 비전 수립과 기업 브랜드 가치 제고를 위해 '회사 CI로고 리뉴얼'을 추진하고 있습니다. 이번 리뉴얼은 기존의 'Harmonized Solution'에서 나아가, 'Human &amp; System'의 유기적인 결합과 성장을 담고자 합니다. 회사의 새로운 핵심 가치를 가장 잘 이해하고 있는 임직원 여러분의 창의적인 아이디어를 적극 수렴하고자 사내 공모전을 개최하오니 많은 관심과 참여 바랍니다.</w:t>
      </w:r>
    </w:p>
    <w:p>
      <w:pPr>
        <w:jc w:val="center"/>
      </w:pPr>
      <w:r>
        <w:rPr>
          <w:sz w:val="22"/>
        </w:rPr>
        <w:t>-  아     래  -</w:t>
      </w:r>
    </w:p>
    <w:p/>
    <w:p>
      <w:r>
        <w:rPr>
          <w:b/>
          <w:sz w:val="24"/>
        </w:rPr>
        <w:t>공모 개요</w:t>
      </w:r>
    </w:p>
    <w:p>
      <w:r>
        <w:t>행 사 명 : [성우에이치에스] 새 얼굴 찾기! 사내 CI 로고 공모전</w:t>
      </w:r>
    </w:p>
    <w:p>
      <w:r>
        <w:t>공모 주제 : 당사의 핵심 가치와 미래 성장성을 상징하는 독창적인 로고 디자인</w:t>
      </w:r>
    </w:p>
    <w:p/>
    <w:p>
      <w:r>
        <w:rPr>
          <w:b/>
          <w:sz w:val="24"/>
        </w:rPr>
        <w:t>접수 기간 및 방법</w:t>
      </w:r>
    </w:p>
    <w:p>
      <w:r>
        <w:t>접수 기간 : 2026년 7월 13일(월) ~ 2026년 7월 31일(금)까지</w:t>
      </w:r>
    </w:p>
    <w:p>
      <w:r>
        <w:t>제출 양식 : 자유 양식 (손그림 스케치, PPT 활용 시안, AI/PNG 파일 등 모두 가능)</w:t>
      </w:r>
    </w:p>
    <w:p>
      <w:r>
        <w:t xml:space="preserve">  ※ 단, 작품에 대한 간략한 기획 의도 및 설명(1~2줄) 필수 첨부</w:t>
      </w:r>
    </w:p>
    <w:p>
      <w:r>
        <w:t>접수 방법 : 사내 이메일 접수 (swhs@swhs.kr)</w:t>
      </w:r>
    </w:p>
    <w:p/>
    <w:p>
      <w:r>
        <w:rPr>
          <w:b/>
          <w:sz w:val="24"/>
        </w:rPr>
        <w:t>시상 내역 및 특전</w:t>
      </w:r>
    </w:p>
    <w:p>
      <w:r>
        <w:t>1등 (우승자) : [최신형 미니 빔프로젝터] 지급 및 실제 공식 CI 반영 검토</w:t>
      </w:r>
    </w:p>
    <w:p>
      <w:r>
        <w:t xml:space="preserve">  ※ "성우에이치에스의 미래를 밝고 크게 비추어 나간다"는 대표님의 특별한 메시지를 담은 포상입니다.</w:t>
      </w:r>
    </w:p>
    <w:p>
      <w:r>
        <w:t>참 가 상 (전원) : [모바일 커피 쿠폰] 지급 (1인 1회 지급 한정)</w:t>
      </w:r>
    </w:p>
    <w:p/>
    <w:p>
      <w:r>
        <w:rPr>
          <w:b/>
          <w:sz w:val="22"/>
        </w:rPr>
        <w:t>※ 저작권 관련 유의사항</w:t>
      </w:r>
    </w:p>
    <w:p>
      <w:r>
        <w:t>모든 출품작은 타인의 저작권을 침해하지 않는 순수 창작물이어야 합니다.</w:t>
      </w:r>
    </w:p>
    <w:p>
      <w:r>
        <w:t>1등 수상작의 저작권 및 사용권은 회사에 귀속되며, 실제 CI 반영 시 일부 수정될 수 있습니다.</w:t>
      </w:r>
    </w:p>
    <w:p/>
    <w:p/>
    <w:p>
      <w:pPr>
        <w:jc w:val="center"/>
      </w:pPr>
      <w:r>
        <w:rPr>
          <w:b/>
          <w:sz w:val="28"/>
        </w:rPr>
        <w:t>성우에이치에스 주식회사   대표이사  김  덕  우</w:t>
      </w:r>
    </w:p>
    <w:sectPr w:rsidR="00FC693F" w:rsidRPr="0006063C" w:rsidSect="0003461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